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4EFD2" w14:textId="3D1693FB" w:rsidR="005E001E" w:rsidRPr="00016B3D" w:rsidRDefault="00000000" w:rsidP="00C32407">
      <w:pPr>
        <w:spacing w:after="0"/>
        <w:ind w:left="4111"/>
        <w:jc w:val="both"/>
        <w:rPr>
          <w:sz w:val="22"/>
          <w:lang w:val="uk-UA"/>
        </w:rPr>
      </w:pPr>
      <w:r w:rsidRPr="00016B3D">
        <w:rPr>
          <w:sz w:val="22"/>
          <w:lang w:val="uk-UA"/>
        </w:rPr>
        <w:t>Комісії з розгляду питань, пов’язаних</w:t>
      </w:r>
      <w:r w:rsidR="00041BCE" w:rsidRPr="00016B3D">
        <w:rPr>
          <w:sz w:val="22"/>
          <w:lang w:val="uk-UA"/>
        </w:rPr>
        <w:t xml:space="preserve"> </w:t>
      </w:r>
      <w:r w:rsidRPr="00016B3D">
        <w:rPr>
          <w:sz w:val="22"/>
          <w:lang w:val="uk-UA"/>
        </w:rPr>
        <w:t>з визнанням особи постраждалою від</w:t>
      </w:r>
      <w:r w:rsidR="00041BCE" w:rsidRPr="00016B3D">
        <w:rPr>
          <w:sz w:val="22"/>
          <w:lang w:val="uk-UA"/>
        </w:rPr>
        <w:t xml:space="preserve"> </w:t>
      </w:r>
      <w:r w:rsidRPr="00016B3D">
        <w:rPr>
          <w:sz w:val="22"/>
          <w:lang w:val="uk-UA"/>
        </w:rPr>
        <w:t>сексуального насильства, пов’язаного із</w:t>
      </w:r>
      <w:r w:rsidR="00041BCE" w:rsidRPr="00016B3D">
        <w:rPr>
          <w:sz w:val="22"/>
          <w:lang w:val="uk-UA"/>
        </w:rPr>
        <w:t xml:space="preserve"> </w:t>
      </w:r>
      <w:r w:rsidRPr="00016B3D">
        <w:rPr>
          <w:sz w:val="22"/>
          <w:lang w:val="uk-UA"/>
        </w:rPr>
        <w:t>збройною агресією Російської Федерації</w:t>
      </w:r>
      <w:r w:rsidR="00041BCE" w:rsidRPr="00016B3D">
        <w:rPr>
          <w:sz w:val="22"/>
          <w:lang w:val="uk-UA"/>
        </w:rPr>
        <w:t xml:space="preserve"> </w:t>
      </w:r>
      <w:r w:rsidRPr="00016B3D">
        <w:rPr>
          <w:sz w:val="22"/>
          <w:lang w:val="uk-UA"/>
        </w:rPr>
        <w:t>проти України</w:t>
      </w:r>
    </w:p>
    <w:p w14:paraId="18FEFD91" w14:textId="3E09D361" w:rsidR="00041BCE" w:rsidRPr="00016B3D" w:rsidRDefault="00041BCE" w:rsidP="00C32407">
      <w:pPr>
        <w:spacing w:after="0"/>
        <w:ind w:left="4111"/>
        <w:jc w:val="both"/>
        <w:rPr>
          <w:lang w:val="uk-UA"/>
        </w:rPr>
      </w:pPr>
      <w:r w:rsidRPr="00016B3D">
        <w:rPr>
          <w:lang w:val="uk-UA"/>
        </w:rPr>
        <w:t>______________________________________________(прізвище, власне ім’я, по батькові (за наявності) заявника (законного представника))</w:t>
      </w:r>
    </w:p>
    <w:p w14:paraId="095253DC" w14:textId="77777777" w:rsidR="00041BCE" w:rsidRPr="00016B3D" w:rsidRDefault="00041BCE" w:rsidP="00C32407">
      <w:pPr>
        <w:spacing w:after="0"/>
        <w:ind w:left="4111"/>
        <w:jc w:val="both"/>
        <w:rPr>
          <w:lang w:val="uk-UA"/>
        </w:rPr>
      </w:pPr>
      <w:r w:rsidRPr="00016B3D">
        <w:rPr>
          <w:lang w:val="uk-UA"/>
        </w:rPr>
        <w:t>Адреса фактичного місця проживання заявника: ______________________________________________</w:t>
      </w:r>
    </w:p>
    <w:p w14:paraId="33D02336" w14:textId="34EC435F" w:rsidR="00041BCE" w:rsidRPr="00016B3D" w:rsidRDefault="00041BCE" w:rsidP="00C32407">
      <w:pPr>
        <w:spacing w:after="0"/>
        <w:ind w:left="4111"/>
        <w:jc w:val="both"/>
        <w:rPr>
          <w:lang w:val="uk-UA"/>
        </w:rPr>
      </w:pPr>
      <w:r w:rsidRPr="00016B3D">
        <w:rPr>
          <w:lang w:val="uk-UA"/>
        </w:rPr>
        <w:t>Паспорт (серія, номер): ________________________</w:t>
      </w:r>
      <w:r w:rsidRPr="00016B3D">
        <w:rPr>
          <w:lang w:val="uk-UA"/>
        </w:rPr>
        <w:t>_</w:t>
      </w:r>
    </w:p>
    <w:p w14:paraId="3667CA88" w14:textId="6129DB14" w:rsidR="00041BCE" w:rsidRPr="00016B3D" w:rsidRDefault="00041BCE" w:rsidP="00C32407">
      <w:pPr>
        <w:spacing w:after="0"/>
        <w:ind w:left="4111"/>
        <w:jc w:val="both"/>
        <w:rPr>
          <w:lang w:val="uk-UA"/>
        </w:rPr>
      </w:pPr>
      <w:r w:rsidRPr="00016B3D">
        <w:rPr>
          <w:lang w:val="uk-UA"/>
        </w:rPr>
        <w:t>______________________________</w:t>
      </w:r>
      <w:r w:rsidRPr="00016B3D">
        <w:rPr>
          <w:lang w:val="uk-UA"/>
        </w:rPr>
        <w:t>______</w:t>
      </w:r>
      <w:r w:rsidRPr="00016B3D">
        <w:rPr>
          <w:lang w:val="uk-UA"/>
        </w:rPr>
        <w:t>__________</w:t>
      </w:r>
    </w:p>
    <w:p w14:paraId="46D1924E" w14:textId="49E3BC67" w:rsidR="00041BCE" w:rsidRPr="00016B3D" w:rsidRDefault="00041BCE" w:rsidP="00C32407">
      <w:pPr>
        <w:spacing w:after="0"/>
        <w:ind w:left="4111"/>
        <w:jc w:val="both"/>
        <w:rPr>
          <w:lang w:val="uk-UA"/>
        </w:rPr>
      </w:pPr>
      <w:r w:rsidRPr="00016B3D">
        <w:rPr>
          <w:lang w:val="uk-UA"/>
        </w:rPr>
        <w:t>Адреса електронної пошти: _____________________</w:t>
      </w:r>
      <w:r w:rsidRPr="00016B3D">
        <w:rPr>
          <w:lang w:val="uk-UA"/>
        </w:rPr>
        <w:t xml:space="preserve"> </w:t>
      </w:r>
      <w:r w:rsidRPr="00016B3D">
        <w:rPr>
          <w:lang w:val="uk-UA"/>
        </w:rPr>
        <w:t>______________________________</w:t>
      </w:r>
      <w:r w:rsidRPr="00016B3D">
        <w:rPr>
          <w:lang w:val="uk-UA"/>
        </w:rPr>
        <w:t>_____</w:t>
      </w:r>
      <w:r w:rsidRPr="00016B3D">
        <w:rPr>
          <w:lang w:val="uk-UA"/>
        </w:rPr>
        <w:t>___________</w:t>
      </w:r>
    </w:p>
    <w:p w14:paraId="5FD211BA" w14:textId="48BEC3B2" w:rsidR="00041BCE" w:rsidRPr="00016B3D" w:rsidRDefault="00041BCE" w:rsidP="00C32407">
      <w:pPr>
        <w:spacing w:after="0"/>
        <w:ind w:left="4111"/>
        <w:jc w:val="both"/>
        <w:rPr>
          <w:lang w:val="uk-UA"/>
        </w:rPr>
      </w:pPr>
      <w:r w:rsidRPr="00016B3D">
        <w:rPr>
          <w:lang w:val="uk-UA"/>
        </w:rPr>
        <w:t>Контактний номер телефону: _________________</w:t>
      </w:r>
      <w:r w:rsidRPr="00016B3D">
        <w:rPr>
          <w:lang w:val="uk-UA"/>
        </w:rPr>
        <w:t xml:space="preserve"> </w:t>
      </w:r>
      <w:r w:rsidRPr="00016B3D">
        <w:rPr>
          <w:lang w:val="uk-UA"/>
        </w:rPr>
        <w:t>_____________________________________________</w:t>
      </w:r>
    </w:p>
    <w:p w14:paraId="47EA065A" w14:textId="77777777" w:rsidR="00041BCE" w:rsidRPr="00016B3D" w:rsidRDefault="00041BCE" w:rsidP="00C32407">
      <w:pPr>
        <w:spacing w:after="0"/>
        <w:jc w:val="center"/>
        <w:rPr>
          <w:b/>
          <w:sz w:val="28"/>
          <w:lang w:val="uk-UA"/>
        </w:rPr>
      </w:pPr>
    </w:p>
    <w:p w14:paraId="7DAAC674" w14:textId="596662D2" w:rsidR="00041BCE" w:rsidRPr="00016B3D" w:rsidRDefault="00041BCE" w:rsidP="00C32407">
      <w:pPr>
        <w:spacing w:after="0"/>
        <w:jc w:val="center"/>
        <w:rPr>
          <w:lang w:val="uk-UA"/>
        </w:rPr>
      </w:pPr>
      <w:r w:rsidRPr="00016B3D">
        <w:rPr>
          <w:b/>
          <w:sz w:val="28"/>
          <w:lang w:val="uk-UA"/>
        </w:rPr>
        <w:t>ЗАЯВА</w:t>
      </w:r>
    </w:p>
    <w:p w14:paraId="6C2C5634" w14:textId="77777777" w:rsidR="005E001E" w:rsidRPr="00016B3D" w:rsidRDefault="00000000" w:rsidP="00C32407">
      <w:pPr>
        <w:spacing w:after="0"/>
        <w:ind w:firstLine="709"/>
        <w:jc w:val="both"/>
        <w:rPr>
          <w:lang w:val="uk-UA"/>
        </w:rPr>
      </w:pPr>
      <w:r w:rsidRPr="00016B3D">
        <w:rPr>
          <w:lang w:val="uk-UA"/>
        </w:rPr>
        <w:t>Прошу відповідно до статті 5 Закону України «Про правовий і соціальний захист осіб, постраждалих від сексуального насильства, пов’язаного із збройною агресією Російської Федерації проти України, та надання їм невідкладних проміжних репарацій» визнати мене особою, постраждалою від сексуального насильства, пов’язаного із збройною агресією Російської Федерації проти України.</w:t>
      </w:r>
    </w:p>
    <w:p w14:paraId="7BF408B7" w14:textId="77777777" w:rsidR="005E001E" w:rsidRPr="00016B3D" w:rsidRDefault="00000000" w:rsidP="00C32407">
      <w:pPr>
        <w:spacing w:after="0"/>
        <w:ind w:firstLine="709"/>
        <w:jc w:val="both"/>
        <w:rPr>
          <w:lang w:val="uk-UA"/>
        </w:rPr>
      </w:pPr>
      <w:r w:rsidRPr="00016B3D">
        <w:rPr>
          <w:lang w:val="uk-UA"/>
        </w:rPr>
        <w:t>Даю згоду на обробку персональних даних відповідно до Закону України «Про захист персональних даних».</w:t>
      </w:r>
    </w:p>
    <w:p w14:paraId="2BC1474A" w14:textId="72B388B8" w:rsidR="00041BCE" w:rsidRPr="00016B3D" w:rsidRDefault="00000000" w:rsidP="00C32407">
      <w:pPr>
        <w:spacing w:after="0" w:line="240" w:lineRule="auto"/>
        <w:ind w:firstLine="709"/>
        <w:jc w:val="both"/>
        <w:rPr>
          <w:lang w:val="uk-UA"/>
        </w:rPr>
      </w:pPr>
      <w:r w:rsidRPr="00016B3D">
        <w:rPr>
          <w:lang w:val="uk-UA"/>
        </w:rPr>
        <w:t>Бажаю пройти співбесіду в ______________________________</w:t>
      </w:r>
      <w:r w:rsidR="00C32407" w:rsidRPr="00016B3D">
        <w:rPr>
          <w:lang w:val="uk-UA"/>
        </w:rPr>
        <w:t>__</w:t>
      </w:r>
      <w:r w:rsidRPr="00016B3D">
        <w:rPr>
          <w:lang w:val="uk-UA"/>
        </w:rPr>
        <w:t>__________________.</w:t>
      </w:r>
    </w:p>
    <w:p w14:paraId="5BFF5030" w14:textId="15B71585" w:rsidR="005E001E" w:rsidRPr="00016B3D" w:rsidRDefault="00000000" w:rsidP="00C32407">
      <w:pPr>
        <w:spacing w:after="0" w:line="240" w:lineRule="auto"/>
        <w:ind w:left="5103"/>
        <w:jc w:val="both"/>
        <w:rPr>
          <w:lang w:val="uk-UA"/>
        </w:rPr>
      </w:pPr>
      <w:r w:rsidRPr="00016B3D">
        <w:rPr>
          <w:i/>
          <w:sz w:val="20"/>
          <w:lang w:val="uk-UA"/>
        </w:rPr>
        <w:t>(назва населеного пункту)</w:t>
      </w:r>
    </w:p>
    <w:p w14:paraId="121E1FF9" w14:textId="6E6DF1B0" w:rsidR="00C32407" w:rsidRPr="00016B3D" w:rsidRDefault="00000000" w:rsidP="00C32407">
      <w:pPr>
        <w:spacing w:after="0"/>
        <w:ind w:firstLine="709"/>
        <w:jc w:val="both"/>
        <w:rPr>
          <w:lang w:val="uk-UA"/>
        </w:rPr>
      </w:pPr>
      <w:r w:rsidRPr="00016B3D">
        <w:rPr>
          <w:lang w:val="uk-UA"/>
        </w:rPr>
        <w:t>Доступний спосіб для комунікації: ___________________________</w:t>
      </w:r>
      <w:r w:rsidR="00C32407" w:rsidRPr="00016B3D">
        <w:rPr>
          <w:lang w:val="uk-UA"/>
        </w:rPr>
        <w:t>_</w:t>
      </w:r>
      <w:r w:rsidRPr="00016B3D">
        <w:rPr>
          <w:lang w:val="uk-UA"/>
        </w:rPr>
        <w:t>__</w:t>
      </w:r>
      <w:r w:rsidR="00C32407" w:rsidRPr="00016B3D">
        <w:rPr>
          <w:lang w:val="uk-UA"/>
        </w:rPr>
        <w:t>_</w:t>
      </w:r>
      <w:r w:rsidRPr="00016B3D">
        <w:rPr>
          <w:lang w:val="uk-UA"/>
        </w:rPr>
        <w:t>_____________</w:t>
      </w:r>
    </w:p>
    <w:p w14:paraId="7B304C3C" w14:textId="57B9568C" w:rsidR="00C32407" w:rsidRPr="00016B3D" w:rsidRDefault="00C32407" w:rsidP="00C32407">
      <w:pPr>
        <w:spacing w:after="0"/>
        <w:jc w:val="both"/>
        <w:rPr>
          <w:lang w:val="uk-UA"/>
        </w:rPr>
      </w:pPr>
      <w:r w:rsidRPr="00016B3D">
        <w:rPr>
          <w:lang w:val="uk-UA"/>
        </w:rPr>
        <w:t>________________________________________________________________________________</w:t>
      </w:r>
    </w:p>
    <w:p w14:paraId="6CB41714" w14:textId="01260730" w:rsidR="005E001E" w:rsidRPr="00016B3D" w:rsidRDefault="00C32407" w:rsidP="00C32407">
      <w:pPr>
        <w:spacing w:after="0"/>
        <w:jc w:val="center"/>
        <w:rPr>
          <w:lang w:val="uk-UA"/>
        </w:rPr>
      </w:pPr>
      <w:r w:rsidRPr="00016B3D">
        <w:rPr>
          <w:i/>
          <w:sz w:val="20"/>
          <w:lang w:val="uk-UA"/>
        </w:rPr>
        <w:t xml:space="preserve"> </w:t>
      </w:r>
      <w:r w:rsidR="00000000" w:rsidRPr="00016B3D">
        <w:rPr>
          <w:i/>
          <w:sz w:val="20"/>
          <w:lang w:val="uk-UA"/>
        </w:rPr>
        <w:t xml:space="preserve">(телефон, застосунок, призначений для обміну повідомленнями, файлами, голосовими та </w:t>
      </w:r>
      <w:proofErr w:type="spellStart"/>
      <w:r w:rsidR="00000000" w:rsidRPr="00016B3D">
        <w:rPr>
          <w:i/>
          <w:sz w:val="20"/>
          <w:lang w:val="uk-UA"/>
        </w:rPr>
        <w:t>відеоповідомленнями</w:t>
      </w:r>
      <w:proofErr w:type="spellEnd"/>
      <w:r w:rsidR="00000000" w:rsidRPr="00016B3D">
        <w:rPr>
          <w:i/>
          <w:sz w:val="20"/>
          <w:lang w:val="uk-UA"/>
        </w:rPr>
        <w:t xml:space="preserve"> (</w:t>
      </w:r>
      <w:proofErr w:type="spellStart"/>
      <w:r w:rsidR="00000000" w:rsidRPr="00016B3D">
        <w:rPr>
          <w:i/>
          <w:sz w:val="20"/>
          <w:lang w:val="uk-UA"/>
        </w:rPr>
        <w:t>WhatsApp</w:t>
      </w:r>
      <w:proofErr w:type="spellEnd"/>
      <w:r w:rsidR="00000000" w:rsidRPr="00016B3D">
        <w:rPr>
          <w:i/>
          <w:sz w:val="20"/>
          <w:lang w:val="uk-UA"/>
        </w:rPr>
        <w:t xml:space="preserve">, </w:t>
      </w:r>
      <w:proofErr w:type="spellStart"/>
      <w:r w:rsidR="00000000" w:rsidRPr="00016B3D">
        <w:rPr>
          <w:i/>
          <w:sz w:val="20"/>
          <w:lang w:val="uk-UA"/>
        </w:rPr>
        <w:t>Viber</w:t>
      </w:r>
      <w:proofErr w:type="spellEnd"/>
      <w:r w:rsidR="00000000" w:rsidRPr="00016B3D">
        <w:rPr>
          <w:i/>
          <w:sz w:val="20"/>
          <w:lang w:val="uk-UA"/>
        </w:rPr>
        <w:t>, інші))</w:t>
      </w:r>
    </w:p>
    <w:p w14:paraId="53E64BB5" w14:textId="77777777" w:rsidR="005E001E" w:rsidRPr="00016B3D" w:rsidRDefault="005E001E" w:rsidP="00C32407">
      <w:pPr>
        <w:spacing w:after="0"/>
        <w:jc w:val="both"/>
        <w:rPr>
          <w:lang w:val="uk-UA"/>
        </w:rPr>
      </w:pPr>
    </w:p>
    <w:tbl>
      <w:tblPr>
        <w:tblW w:w="0" w:type="auto"/>
        <w:jc w:val="center"/>
        <w:tblLook w:val="04A0" w:firstRow="1" w:lastRow="0" w:firstColumn="1" w:lastColumn="0" w:noHBand="0" w:noVBand="1"/>
      </w:tblPr>
      <w:tblGrid>
        <w:gridCol w:w="2658"/>
        <w:gridCol w:w="3402"/>
        <w:gridCol w:w="3096"/>
      </w:tblGrid>
      <w:tr w:rsidR="005E001E" w:rsidRPr="00016B3D" w14:paraId="059D5762" w14:textId="77777777" w:rsidTr="00C32407">
        <w:trPr>
          <w:jc w:val="center"/>
        </w:trPr>
        <w:tc>
          <w:tcPr>
            <w:tcW w:w="2658" w:type="dxa"/>
            <w:tcBorders>
              <w:top w:val="nil"/>
              <w:left w:val="nil"/>
              <w:bottom w:val="nil"/>
              <w:right w:val="nil"/>
            </w:tcBorders>
            <w:vAlign w:val="center"/>
          </w:tcPr>
          <w:p w14:paraId="44F338E5" w14:textId="77777777" w:rsidR="005E001E" w:rsidRPr="00016B3D" w:rsidRDefault="00000000" w:rsidP="00C32407">
            <w:pPr>
              <w:spacing w:after="0"/>
              <w:jc w:val="both"/>
              <w:rPr>
                <w:lang w:val="uk-UA"/>
              </w:rPr>
            </w:pPr>
            <w:r w:rsidRPr="00016B3D">
              <w:rPr>
                <w:lang w:val="uk-UA"/>
              </w:rPr>
              <w:t>___ __________ 20__ р.</w:t>
            </w:r>
          </w:p>
        </w:tc>
        <w:tc>
          <w:tcPr>
            <w:tcW w:w="3402" w:type="dxa"/>
            <w:tcBorders>
              <w:top w:val="nil"/>
              <w:left w:val="nil"/>
              <w:bottom w:val="nil"/>
              <w:right w:val="nil"/>
            </w:tcBorders>
            <w:vAlign w:val="center"/>
          </w:tcPr>
          <w:p w14:paraId="41DA7060" w14:textId="77777777" w:rsidR="005E001E" w:rsidRPr="00016B3D" w:rsidRDefault="005E001E" w:rsidP="00C32407">
            <w:pPr>
              <w:spacing w:after="0"/>
              <w:jc w:val="both"/>
              <w:rPr>
                <w:lang w:val="uk-UA"/>
              </w:rPr>
            </w:pPr>
          </w:p>
        </w:tc>
        <w:tc>
          <w:tcPr>
            <w:tcW w:w="3096" w:type="dxa"/>
            <w:tcBorders>
              <w:top w:val="nil"/>
              <w:left w:val="nil"/>
              <w:bottom w:val="nil"/>
              <w:right w:val="nil"/>
            </w:tcBorders>
            <w:vAlign w:val="center"/>
          </w:tcPr>
          <w:p w14:paraId="7415DBC7" w14:textId="77777777" w:rsidR="005E001E" w:rsidRPr="00016B3D" w:rsidRDefault="00000000" w:rsidP="00C32407">
            <w:pPr>
              <w:spacing w:after="0"/>
              <w:jc w:val="both"/>
              <w:rPr>
                <w:lang w:val="uk-UA"/>
              </w:rPr>
            </w:pPr>
            <w:r w:rsidRPr="00016B3D">
              <w:rPr>
                <w:lang w:val="uk-UA"/>
              </w:rPr>
              <w:t>________________________</w:t>
            </w:r>
          </w:p>
        </w:tc>
      </w:tr>
      <w:tr w:rsidR="005E001E" w:rsidRPr="00016B3D" w14:paraId="60997BF0" w14:textId="77777777" w:rsidTr="00C32407">
        <w:trPr>
          <w:jc w:val="center"/>
        </w:trPr>
        <w:tc>
          <w:tcPr>
            <w:tcW w:w="2658" w:type="dxa"/>
            <w:tcBorders>
              <w:top w:val="nil"/>
              <w:left w:val="nil"/>
              <w:bottom w:val="nil"/>
              <w:right w:val="nil"/>
            </w:tcBorders>
            <w:vAlign w:val="center"/>
          </w:tcPr>
          <w:p w14:paraId="002E0846" w14:textId="77777777" w:rsidR="005E001E" w:rsidRPr="00016B3D" w:rsidRDefault="005E001E" w:rsidP="00C32407">
            <w:pPr>
              <w:spacing w:after="0"/>
              <w:jc w:val="both"/>
              <w:rPr>
                <w:lang w:val="uk-UA"/>
              </w:rPr>
            </w:pPr>
          </w:p>
        </w:tc>
        <w:tc>
          <w:tcPr>
            <w:tcW w:w="3402" w:type="dxa"/>
            <w:tcBorders>
              <w:top w:val="nil"/>
              <w:left w:val="nil"/>
              <w:bottom w:val="nil"/>
              <w:right w:val="nil"/>
            </w:tcBorders>
            <w:vAlign w:val="center"/>
          </w:tcPr>
          <w:p w14:paraId="0100055A" w14:textId="77777777" w:rsidR="005E001E" w:rsidRPr="00016B3D" w:rsidRDefault="005E001E" w:rsidP="00C32407">
            <w:pPr>
              <w:spacing w:after="0"/>
              <w:jc w:val="both"/>
              <w:rPr>
                <w:lang w:val="uk-UA"/>
              </w:rPr>
            </w:pPr>
          </w:p>
        </w:tc>
        <w:tc>
          <w:tcPr>
            <w:tcW w:w="3096" w:type="dxa"/>
            <w:tcBorders>
              <w:top w:val="nil"/>
              <w:left w:val="nil"/>
              <w:bottom w:val="nil"/>
              <w:right w:val="nil"/>
            </w:tcBorders>
            <w:vAlign w:val="center"/>
          </w:tcPr>
          <w:p w14:paraId="78DA0FB5" w14:textId="77777777" w:rsidR="005E001E" w:rsidRPr="00016B3D" w:rsidRDefault="00000000" w:rsidP="00C32407">
            <w:pPr>
              <w:spacing w:after="0"/>
              <w:jc w:val="both"/>
              <w:rPr>
                <w:lang w:val="uk-UA"/>
              </w:rPr>
            </w:pPr>
            <w:r w:rsidRPr="00016B3D">
              <w:rPr>
                <w:lang w:val="uk-UA"/>
              </w:rPr>
              <w:t>(підпис)</w:t>
            </w:r>
          </w:p>
        </w:tc>
      </w:tr>
    </w:tbl>
    <w:p w14:paraId="10BF1D37" w14:textId="65367C6F" w:rsidR="00C32407" w:rsidRPr="00016B3D" w:rsidRDefault="00000000" w:rsidP="00C32407">
      <w:pPr>
        <w:spacing w:after="0"/>
        <w:jc w:val="both"/>
        <w:rPr>
          <w:lang w:val="uk-UA"/>
        </w:rPr>
      </w:pPr>
      <w:r w:rsidRPr="00016B3D">
        <w:rPr>
          <w:b/>
          <w:lang w:val="uk-UA"/>
        </w:rPr>
        <w:t>Законний представник (за потреби)</w:t>
      </w:r>
      <w:r w:rsidR="00C32407" w:rsidRPr="00016B3D">
        <w:rPr>
          <w:b/>
          <w:lang w:val="uk-UA"/>
        </w:rPr>
        <w:t xml:space="preserve"> </w:t>
      </w:r>
      <w:r w:rsidRPr="00016B3D">
        <w:rPr>
          <w:lang w:val="uk-UA"/>
        </w:rPr>
        <w:t>________________________</w:t>
      </w:r>
      <w:r w:rsidR="00C32407" w:rsidRPr="00016B3D">
        <w:rPr>
          <w:lang w:val="uk-UA"/>
        </w:rPr>
        <w:t xml:space="preserve"> </w:t>
      </w:r>
      <w:r w:rsidR="00C32407" w:rsidRPr="00016B3D">
        <w:rPr>
          <w:lang w:val="uk-UA"/>
        </w:rPr>
        <w:tab/>
      </w:r>
      <w:r w:rsidR="00C32407" w:rsidRPr="00016B3D">
        <w:rPr>
          <w:lang w:val="uk-UA"/>
        </w:rPr>
        <w:t>___________________</w:t>
      </w:r>
    </w:p>
    <w:p w14:paraId="7DC6D966" w14:textId="255C7B10" w:rsidR="00C32407" w:rsidRPr="00016B3D" w:rsidRDefault="00C32407" w:rsidP="00C32407">
      <w:pPr>
        <w:spacing w:after="0"/>
        <w:ind w:left="3600"/>
        <w:jc w:val="both"/>
        <w:rPr>
          <w:lang w:val="uk-UA"/>
        </w:rPr>
      </w:pPr>
      <w:r w:rsidRPr="00016B3D">
        <w:rPr>
          <w:i/>
          <w:sz w:val="20"/>
          <w:lang w:val="uk-UA"/>
        </w:rPr>
        <w:t xml:space="preserve">    </w:t>
      </w:r>
      <w:r w:rsidR="00000000" w:rsidRPr="00016B3D">
        <w:rPr>
          <w:i/>
          <w:sz w:val="20"/>
          <w:lang w:val="uk-UA"/>
        </w:rPr>
        <w:t>(прізвище, власне ім’я, по батькові</w:t>
      </w:r>
      <w:r w:rsidRPr="00016B3D">
        <w:rPr>
          <w:i/>
          <w:sz w:val="20"/>
          <w:lang w:val="uk-UA"/>
        </w:rPr>
        <w:tab/>
      </w:r>
      <w:r w:rsidRPr="00016B3D">
        <w:rPr>
          <w:i/>
          <w:sz w:val="20"/>
          <w:lang w:val="uk-UA"/>
        </w:rPr>
        <w:tab/>
      </w:r>
      <w:r w:rsidRPr="00016B3D">
        <w:rPr>
          <w:i/>
          <w:sz w:val="20"/>
          <w:lang w:val="uk-UA"/>
        </w:rPr>
        <w:t>(підпис)</w:t>
      </w:r>
    </w:p>
    <w:p w14:paraId="2C536DD9" w14:textId="24B3EC8C" w:rsidR="005E001E" w:rsidRPr="00016B3D" w:rsidRDefault="00C32407" w:rsidP="00C32407">
      <w:pPr>
        <w:spacing w:after="0"/>
        <w:ind w:left="2880" w:firstLine="720"/>
        <w:jc w:val="both"/>
        <w:rPr>
          <w:i/>
          <w:sz w:val="20"/>
          <w:lang w:val="uk-UA"/>
        </w:rPr>
      </w:pPr>
      <w:r w:rsidRPr="00016B3D">
        <w:rPr>
          <w:i/>
          <w:sz w:val="20"/>
          <w:lang w:val="uk-UA"/>
        </w:rPr>
        <w:t xml:space="preserve">                 </w:t>
      </w:r>
      <w:r w:rsidR="00000000" w:rsidRPr="00016B3D">
        <w:rPr>
          <w:i/>
          <w:sz w:val="20"/>
          <w:lang w:val="uk-UA"/>
        </w:rPr>
        <w:t xml:space="preserve"> (за наявності))</w:t>
      </w:r>
    </w:p>
    <w:p w14:paraId="34A988E0" w14:textId="77777777" w:rsidR="00C32407" w:rsidRPr="00016B3D" w:rsidRDefault="00C32407" w:rsidP="00C32407">
      <w:pPr>
        <w:spacing w:after="0"/>
        <w:ind w:left="2880" w:firstLine="720"/>
        <w:jc w:val="both"/>
        <w:rPr>
          <w:lang w:val="uk-UA"/>
        </w:rPr>
      </w:pPr>
    </w:p>
    <w:p w14:paraId="6D7B5F92" w14:textId="77777777" w:rsidR="005E001E" w:rsidRPr="00016B3D" w:rsidRDefault="00000000" w:rsidP="00C32407">
      <w:pPr>
        <w:spacing w:after="0"/>
        <w:ind w:firstLine="709"/>
        <w:jc w:val="both"/>
        <w:rPr>
          <w:lang w:val="uk-UA"/>
        </w:rPr>
      </w:pPr>
      <w:r w:rsidRPr="00016B3D">
        <w:rPr>
          <w:b/>
          <w:lang w:val="uk-UA"/>
        </w:rPr>
        <w:t>Нормативна підстава:</w:t>
      </w:r>
      <w:r w:rsidRPr="00016B3D">
        <w:rPr>
          <w:lang w:val="uk-UA"/>
        </w:rPr>
        <w:t xml:space="preserve"> форма заяви відповідає додатку до Порядку подання заяви про визнання особи постраждалою від сексуального насильства, пов’язаного із збройною агресією Російської Федерації проти України, затвердженого постановою Кабінету Міністрів України від 4 червня 2026 року № 811.</w:t>
      </w:r>
    </w:p>
    <w:sectPr w:rsidR="005E001E" w:rsidRPr="00016B3D" w:rsidSect="00034616">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17166388">
    <w:abstractNumId w:val="8"/>
  </w:num>
  <w:num w:numId="2" w16cid:durableId="658264111">
    <w:abstractNumId w:val="6"/>
  </w:num>
  <w:num w:numId="3" w16cid:durableId="255483799">
    <w:abstractNumId w:val="5"/>
  </w:num>
  <w:num w:numId="4" w16cid:durableId="1501042958">
    <w:abstractNumId w:val="4"/>
  </w:num>
  <w:num w:numId="5" w16cid:durableId="1834301095">
    <w:abstractNumId w:val="7"/>
  </w:num>
  <w:num w:numId="6" w16cid:durableId="1926959847">
    <w:abstractNumId w:val="3"/>
  </w:num>
  <w:num w:numId="7" w16cid:durableId="1918900444">
    <w:abstractNumId w:val="2"/>
  </w:num>
  <w:num w:numId="8" w16cid:durableId="338436010">
    <w:abstractNumId w:val="1"/>
  </w:num>
  <w:num w:numId="9" w16cid:durableId="642931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6B3D"/>
    <w:rsid w:val="00034616"/>
    <w:rsid w:val="00041BCE"/>
    <w:rsid w:val="0006063C"/>
    <w:rsid w:val="00114B17"/>
    <w:rsid w:val="0015074B"/>
    <w:rsid w:val="00184615"/>
    <w:rsid w:val="0029639D"/>
    <w:rsid w:val="00326F90"/>
    <w:rsid w:val="005E001E"/>
    <w:rsid w:val="00AA1D8D"/>
    <w:rsid w:val="00B47730"/>
    <w:rsid w:val="00C3240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0F9145"/>
  <w14:defaultImageDpi w14:val="300"/>
  <w15:docId w15:val="{472B7369-CDC8-4471-B02F-2E05C3230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308</Words>
  <Characters>1760</Characters>
  <Application>Microsoft Office Word</Application>
  <DocSecurity>0</DocSecurity>
  <Lines>14</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30</cp:lastModifiedBy>
  <cp:revision>4</cp:revision>
  <cp:lastPrinted>2026-08-24T08:53:00Z</cp:lastPrinted>
  <dcterms:created xsi:type="dcterms:W3CDTF">2013-12-23T23:15:00Z</dcterms:created>
  <dcterms:modified xsi:type="dcterms:W3CDTF">2026-08-24T08:58:00Z</dcterms:modified>
  <cp:category/>
</cp:coreProperties>
</file>